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DISPATCHER – CARRIER AGREEMENT</w:t>
        <w:br/>
        <w:t>Jones Elite Logistics LLC</w:t>
      </w:r>
    </w:p>
    <w:p/>
    <w:p>
      <w:r>
        <w:rPr>
          <w:b/>
          <w:sz w:val="24"/>
        </w:rPr>
        <w:t>Parties</w:t>
      </w:r>
    </w:p>
    <w:p>
      <w:r>
        <w:t>Dispatcher: Jones Elite Logistics LLC</w:t>
      </w:r>
    </w:p>
    <w:p>
      <w:r>
        <w:t>8206 Rockville Rd Ste 288, Indianapolis, Indiana 46214</w:t>
      </w:r>
    </w:p>
    <w:p/>
    <w:p>
      <w:r>
        <w:t>Motor Carrier: ______________________________</w:t>
      </w:r>
    </w:p>
    <w:p>
      <w:r>
        <w:t>Address: __________________________________</w:t>
      </w:r>
    </w:p>
    <w:p>
      <w:r>
        <w:t>MC/DOT Number: _____________________________</w:t>
      </w:r>
    </w:p>
    <w:p>
      <w:r>
        <w:t>Phone: ____________________________________</w:t>
      </w:r>
    </w:p>
    <w:p>
      <w:r>
        <w:t>Email: ____________________________________</w:t>
      </w:r>
    </w:p>
    <w:p/>
    <w:p>
      <w:r>
        <w:rPr>
          <w:b/>
          <w:sz w:val="24"/>
        </w:rPr>
        <w:t>Purpose</w:t>
      </w:r>
    </w:p>
    <w:p>
      <w:r>
        <w:t>This agreement allows Jones Elite Logistics LLC to provide dispatch services on behalf of the motor carrier.</w:t>
      </w:r>
    </w:p>
    <w:p/>
    <w:p>
      <w:r>
        <w:rPr>
          <w:b/>
          <w:sz w:val="24"/>
        </w:rPr>
        <w:t>Services Provided</w:t>
      </w:r>
    </w:p>
    <w:p>
      <w:r>
        <w:t>- Locate and negotiate freight loads</w:t>
      </w:r>
    </w:p>
    <w:p>
      <w:r>
        <w:t>- Assist with broker setup packets</w:t>
      </w:r>
    </w:p>
    <w:p>
      <w:r>
        <w:t>- Coordinate pickup and delivery appointments</w:t>
      </w:r>
    </w:p>
    <w:p>
      <w:r>
        <w:t>- Provide load confirmations</w:t>
      </w:r>
    </w:p>
    <w:p>
      <w:r>
        <w:t>- Support communication between carrier and broker</w:t>
      </w:r>
    </w:p>
    <w:p>
      <w:r>
        <w:t>- Goal: 2–3 loads per week depending on location and market conditions</w:t>
      </w:r>
    </w:p>
    <w:p/>
    <w:p>
      <w:r>
        <w:rPr>
          <w:b/>
          <w:sz w:val="24"/>
        </w:rPr>
        <w:t>No Forced Dispatch</w:t>
      </w:r>
    </w:p>
    <w:p>
      <w:r>
        <w:t>Carrier has the right to accept or reject any load offered.</w:t>
      </w:r>
    </w:p>
    <w:p/>
    <w:p>
      <w:r>
        <w:rPr>
          <w:b/>
          <w:sz w:val="24"/>
        </w:rPr>
        <w:t>Payment</w:t>
      </w:r>
    </w:p>
    <w:p>
      <w:r>
        <w:t>Dispatch Service Fee: ______ % per load OR $_______ weekly per truck.</w:t>
      </w:r>
    </w:p>
    <w:p/>
    <w:p>
      <w:r>
        <w:rPr>
          <w:b/>
          <w:sz w:val="24"/>
        </w:rPr>
        <w:t>Carrier Responsibilities</w:t>
      </w:r>
    </w:p>
    <w:p>
      <w:r>
        <w:t>- Maintain active authority and insurance</w:t>
      </w:r>
    </w:p>
    <w:p>
      <w:r>
        <w:t>- Deliver freight safely and on time</w:t>
      </w:r>
    </w:p>
    <w:p>
      <w:r>
        <w:t>- Provide required equipment such as straps, load bars, placards if required</w:t>
      </w:r>
    </w:p>
    <w:p>
      <w:r>
        <w:t>- Provide POD and required documents</w:t>
      </w:r>
    </w:p>
    <w:p/>
    <w:p>
      <w:r>
        <w:rPr>
          <w:b/>
          <w:sz w:val="24"/>
        </w:rPr>
        <w:t>Agreement Term</w:t>
      </w:r>
    </w:p>
    <w:p>
      <w:r>
        <w:t>Agreement term: 30 days. Either party may terminate with 14 days written notice.</w:t>
      </w:r>
    </w:p>
    <w:p/>
    <w:p>
      <w:r>
        <w:rPr>
          <w:b/>
          <w:sz w:val="24"/>
        </w:rPr>
        <w:t>Signatures</w:t>
      </w:r>
    </w:p>
    <w:p>
      <w:r>
        <w:t>Dispatcher Signature: ___________________________</w:t>
      </w:r>
    </w:p>
    <w:p>
      <w:r>
        <w:t>Date: ________________________________________</w:t>
      </w:r>
    </w:p>
    <w:p/>
    <w:p>
      <w:r>
        <w:t>Carrier Signature: ______________________________</w:t>
      </w:r>
    </w:p>
    <w:p>
      <w:r>
        <w:t>Date: 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