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CARRIER PACKET</w:t>
      </w:r>
    </w:p>
    <w:p>
      <w:pPr>
        <w:jc w:val="center"/>
      </w:pPr>
      <w:r>
        <w:t>Jones Elite Logistics LLC</w:t>
      </w:r>
    </w:p>
    <w:p>
      <w:r>
        <w:t>8206 Rockville Rd Ste 288</w:t>
        <w:br/>
        <w:t>Indianapolis, Indiana 46214</w:t>
        <w:br/>
      </w:r>
    </w:p>
    <w:p/>
    <w:p>
      <w:r>
        <w:rPr>
          <w:b/>
          <w:sz w:val="28"/>
        </w:rPr>
        <w:t>Welcome</w:t>
      </w:r>
    </w:p>
    <w:p>
      <w:r>
        <w:t>Thank you for choosing Jones Elite Logistics LLC as your dispatch partner.</w:t>
      </w:r>
    </w:p>
    <w:p>
      <w:r>
        <w:t>Our goal is to help owner-operators and small fleets stay loaded, profitable, and moving.</w:t>
      </w:r>
    </w:p>
    <w:p>
      <w:r>
        <w:t>Our dispatch services include load searching, broker setup, rate negotiation assistance, and dispatch coordination.</w:t>
      </w:r>
    </w:p>
    <w:p/>
    <w:p>
      <w:r>
        <w:rPr>
          <w:b/>
          <w:sz w:val="28"/>
        </w:rPr>
        <w:t>Services Provided</w:t>
      </w:r>
    </w:p>
    <w:p>
      <w:r>
        <w:t>- Freight load search and booking</w:t>
      </w:r>
    </w:p>
    <w:p>
      <w:r>
        <w:t>- Rate negotiation assistance</w:t>
      </w:r>
    </w:p>
    <w:p>
      <w:r>
        <w:t>- Broker setup assistance</w:t>
      </w:r>
    </w:p>
    <w:p>
      <w:r>
        <w:t>- Dispatch support and communication</w:t>
      </w:r>
    </w:p>
    <w:p>
      <w:r>
        <w:t>- Load coordination and updates</w:t>
      </w:r>
    </w:p>
    <w:p>
      <w:r>
        <w:t>- Goal of 2–3 loads per week depending on market conditions</w:t>
      </w:r>
    </w:p>
    <w:p/>
    <w:p>
      <w:r>
        <w:rPr>
          <w:b/>
          <w:sz w:val="28"/>
        </w:rPr>
        <w:t>Required Documents</w:t>
      </w:r>
    </w:p>
    <w:p>
      <w:r>
        <w:t>Please return the following documents to begin dispatch services:</w:t>
      </w:r>
    </w:p>
    <w:p>
      <w:r>
        <w:t>[ ] Signed Dispatch Agreement</w:t>
      </w:r>
    </w:p>
    <w:p>
      <w:r>
        <w:t>[ ] Carrier Profile Sheet</w:t>
      </w:r>
    </w:p>
    <w:p>
      <w:r>
        <w:t>[ ] Copy of MC Authority</w:t>
      </w:r>
    </w:p>
    <w:p>
      <w:r>
        <w:t>[ ] W9 Form</w:t>
      </w:r>
    </w:p>
    <w:p>
      <w:r>
        <w:t>[ ] Certificate of Insurance</w:t>
      </w:r>
    </w:p>
    <w:p>
      <w:r>
        <w:t>[ ] Notice of Assignment (if factoring)</w:t>
      </w:r>
    </w:p>
    <w:p/>
    <w:p>
      <w:r>
        <w:rPr>
          <w:b/>
          <w:sz w:val="28"/>
        </w:rPr>
        <w:t>Carrier Information</w:t>
      </w:r>
    </w:p>
    <w:p>
      <w:r>
        <w:t>Company Name: ______________________________</w:t>
      </w:r>
    </w:p>
    <w:p>
      <w:r>
        <w:t>MC Number: _________________________________</w:t>
      </w:r>
    </w:p>
    <w:p>
      <w:r>
        <w:t>DOT Number: ________________________________</w:t>
      </w:r>
    </w:p>
    <w:p>
      <w:r>
        <w:t>Business Address: __________________________</w:t>
      </w:r>
    </w:p>
    <w:p>
      <w:r>
        <w:t>City/State/Zip: ____________________________</w:t>
      </w:r>
    </w:p>
    <w:p>
      <w:r>
        <w:t>Phone Number: ______________________________</w:t>
      </w:r>
    </w:p>
    <w:p>
      <w:r>
        <w:t>Email Address: _____________________________</w:t>
      </w:r>
    </w:p>
    <w:p>
      <w:r>
        <w:t>Factoring Company (if any): _________________</w:t>
      </w:r>
    </w:p>
    <w:p>
      <w:r>
        <w:t>Number of Trucks: __________________________</w:t>
      </w:r>
    </w:p>
    <w:p>
      <w:r>
        <w:t>Equipment Type: ____________________________</w:t>
      </w:r>
    </w:p>
    <w:p/>
    <w:p>
      <w:r>
        <w:rPr>
          <w:b/>
          <w:sz w:val="28"/>
        </w:rPr>
        <w:t>Equipment Information</w:t>
      </w:r>
    </w:p>
    <w:p>
      <w:r>
        <w:t>Truck Type: _________________________________</w:t>
      </w:r>
    </w:p>
    <w:p>
      <w:r>
        <w:t>Trailer Type: _______________________________</w:t>
      </w:r>
    </w:p>
    <w:p>
      <w:r>
        <w:t>Preferred Lanes: ____________________________</w:t>
      </w:r>
    </w:p>
    <w:p>
      <w:r>
        <w:t>Operating States: ___________________________</w:t>
      </w:r>
    </w:p>
    <w:p/>
    <w:p>
      <w:r>
        <w:rPr>
          <w:b/>
          <w:sz w:val="28"/>
        </w:rPr>
        <w:t>Dispatch Payment Terms</w:t>
      </w:r>
    </w:p>
    <w:p>
      <w:r>
        <w:t>Dispatch Fee: ______% per load OR $_______ weekly per truck.</w:t>
      </w:r>
    </w:p>
    <w:p>
      <w:r>
        <w:t>Payment Terms: Due weekly unless otherwise agreed.</w:t>
      </w:r>
    </w:p>
    <w:p>
      <w:r>
        <w:t>Factoring companies may be used to process payments.</w:t>
      </w:r>
    </w:p>
    <w:p/>
    <w:p>
      <w:r>
        <w:rPr>
          <w:b/>
          <w:sz w:val="28"/>
        </w:rPr>
        <w:t>No Forced Dispatch Policy</w:t>
      </w:r>
    </w:p>
    <w:p>
      <w:r>
        <w:t>Carriers have the right to accept or reject any load.</w:t>
      </w:r>
    </w:p>
    <w:p>
      <w:r>
        <w:t>Jones Elite Logistics LLC will not book any load without carrier approval.</w:t>
      </w:r>
    </w:p>
    <w:p/>
    <w:p>
      <w:r>
        <w:rPr>
          <w:b/>
          <w:sz w:val="28"/>
        </w:rPr>
        <w:t>Signature</w:t>
      </w:r>
    </w:p>
    <w:p>
      <w:r>
        <w:t>Carrier Name: ______________________________</w:t>
      </w:r>
    </w:p>
    <w:p>
      <w:r>
        <w:t>Company: __________________________________</w:t>
      </w:r>
    </w:p>
    <w:p>
      <w:r>
        <w:t>Signature: _________________________________</w:t>
      </w:r>
    </w:p>
    <w:p>
      <w:r>
        <w:t>Date: 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